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F73C6" w14:textId="77777777" w:rsidR="006639DC" w:rsidRDefault="00000000">
      <w:pPr>
        <w:pStyle w:val="Kop1"/>
      </w:pPr>
      <w:r>
        <w:t>Admission Form</w:t>
      </w:r>
    </w:p>
    <w:p w14:paraId="50993730" w14:textId="77777777" w:rsidR="006639DC" w:rsidRDefault="00000000">
      <w:r>
        <w:t>Welcome.</w:t>
      </w:r>
      <w:r>
        <w:br/>
      </w:r>
      <w:r>
        <w:br/>
        <w:t>Before I decide whether we are a good match for a session, I would like to get a clear understanding of who you are, what you are looking for and what you expect.</w:t>
      </w:r>
      <w:r>
        <w:br/>
      </w:r>
      <w:r>
        <w:br/>
        <w:t>There are no 'right' answers. Honesty is far more important than trying to impress me.</w:t>
      </w:r>
    </w:p>
    <w:p w14:paraId="20E7187C" w14:textId="77777777" w:rsidR="006639DC" w:rsidRDefault="00000000">
      <w:pPr>
        <w:pStyle w:val="Kop2"/>
      </w:pPr>
      <w:r>
        <w:t>1. Basic Information</w:t>
      </w:r>
    </w:p>
    <w:p w14:paraId="5CA3240A" w14:textId="77777777" w:rsidR="006639DC" w:rsidRDefault="00000000">
      <w:r>
        <w:t>Alias or preferred name:</w:t>
      </w:r>
    </w:p>
    <w:p w14:paraId="79AA690C" w14:textId="77777777" w:rsidR="006639DC" w:rsidRDefault="00000000">
      <w:r>
        <w:t>Age:</w:t>
      </w:r>
    </w:p>
    <w:p w14:paraId="198CF443" w14:textId="77777777" w:rsidR="006639DC" w:rsidRDefault="00000000">
      <w:r>
        <w:t>Country:</w:t>
      </w:r>
    </w:p>
    <w:p w14:paraId="4F836E67" w14:textId="77777777" w:rsidR="006639DC" w:rsidRDefault="00000000">
      <w:r>
        <w:t>Time zone:</w:t>
      </w:r>
    </w:p>
    <w:p w14:paraId="002F4AE0" w14:textId="77777777" w:rsidR="006639DC" w:rsidRDefault="00000000">
      <w:r>
        <w:t>Preferred language:</w:t>
      </w:r>
    </w:p>
    <w:p w14:paraId="3158249B" w14:textId="77777777" w:rsidR="006639DC" w:rsidRDefault="00000000">
      <w:pPr>
        <w:pStyle w:val="Kop2"/>
      </w:pPr>
      <w:r>
        <w:t>2. Experience</w:t>
      </w:r>
    </w:p>
    <w:p w14:paraId="1D810EC0" w14:textId="77777777" w:rsidR="006639DC" w:rsidRDefault="00000000">
      <w:r>
        <w:t>Do you have experience with BDSM?</w:t>
      </w:r>
      <w:r>
        <w:br/>
        <w:t>☐ No</w:t>
      </w:r>
      <w:r>
        <w:br/>
        <w:t>☐ Limited</w:t>
      </w:r>
      <w:r>
        <w:br/>
        <w:t>☐ Regular</w:t>
      </w:r>
    </w:p>
    <w:p w14:paraId="7B1FA5B3" w14:textId="77777777" w:rsidR="006639DC" w:rsidRDefault="00000000">
      <w:r>
        <w:t>If yes, please describe your experience briefly.</w:t>
      </w:r>
    </w:p>
    <w:p w14:paraId="0824CEF3" w14:textId="77777777" w:rsidR="006639DC" w:rsidRDefault="00000000">
      <w:r>
        <w:t>Do you have experience with findom?</w:t>
      </w:r>
      <w:r>
        <w:br/>
        <w:t>☐ No</w:t>
      </w:r>
      <w:r>
        <w:br/>
        <w:t>☐ Online</w:t>
      </w:r>
      <w:r>
        <w:br/>
        <w:t>☐ Real life</w:t>
      </w:r>
      <w:r>
        <w:br/>
        <w:t>☐ Both</w:t>
      </w:r>
    </w:p>
    <w:p w14:paraId="0723EAC4" w14:textId="77777777" w:rsidR="006639DC" w:rsidRDefault="00000000">
      <w:r>
        <w:t>Please describe your previous experience briefly.</w:t>
      </w:r>
    </w:p>
    <w:p w14:paraId="07F2144F" w14:textId="77777777" w:rsidR="006639DC" w:rsidRDefault="00000000">
      <w:pPr>
        <w:pStyle w:val="Kop2"/>
      </w:pPr>
      <w:r>
        <w:t>3. Motivation</w:t>
      </w:r>
    </w:p>
    <w:p w14:paraId="6D01C987" w14:textId="77777777" w:rsidR="006639DC" w:rsidRDefault="00000000">
      <w:r>
        <w:t>What attracts you to findom?</w:t>
      </w:r>
    </w:p>
    <w:p w14:paraId="789D2E09" w14:textId="77777777" w:rsidR="006639DC" w:rsidRDefault="00000000">
      <w:r>
        <w:t>What do you hope to find with me?</w:t>
      </w:r>
    </w:p>
    <w:p w14:paraId="40FC01FC" w14:textId="77777777" w:rsidR="006639DC" w:rsidRDefault="00000000">
      <w:pPr>
        <w:pStyle w:val="Kop2"/>
      </w:pPr>
      <w:r>
        <w:t>4. Dynamic</w:t>
      </w:r>
    </w:p>
    <w:p w14:paraId="1EE4FDFC" w14:textId="77777777" w:rsidR="006639DC" w:rsidRDefault="00000000">
      <w:r>
        <w:t>Which aspects of the dynamic appeal to you most?</w:t>
      </w:r>
    </w:p>
    <w:p w14:paraId="51F0736E" w14:textId="77777777" w:rsidR="006639DC" w:rsidRDefault="00000000">
      <w:r>
        <w:lastRenderedPageBreak/>
        <w:t>☐ Financial submission</w:t>
      </w:r>
      <w:r>
        <w:br/>
        <w:t>☐ Psychological control</w:t>
      </w:r>
      <w:r>
        <w:br/>
        <w:t>☐ Humiliation</w:t>
      </w:r>
      <w:r>
        <w:br/>
        <w:t>☐ Discipline</w:t>
      </w:r>
      <w:r>
        <w:br/>
        <w:t>☐ Rituals</w:t>
      </w:r>
      <w:r>
        <w:br/>
        <w:t>☐ Tasks</w:t>
      </w:r>
      <w:r>
        <w:br/>
        <w:t>☐ Other:</w:t>
      </w:r>
    </w:p>
    <w:p w14:paraId="1089165C" w14:textId="77777777" w:rsidR="006639DC" w:rsidRDefault="00000000">
      <w:r>
        <w:t>Please explain briefly.</w:t>
      </w:r>
    </w:p>
    <w:p w14:paraId="762B8143" w14:textId="77777777" w:rsidR="006639DC" w:rsidRDefault="00000000">
      <w:pPr>
        <w:pStyle w:val="Kop2"/>
      </w:pPr>
      <w:r>
        <w:t>5. Boundaries</w:t>
      </w:r>
    </w:p>
    <w:p w14:paraId="7E0AF03B" w14:textId="77777777" w:rsidR="006639DC" w:rsidRDefault="00000000">
      <w:r>
        <w:t>Which activities are absolutely off-limits for you? (Hard limits)</w:t>
      </w:r>
    </w:p>
    <w:p w14:paraId="04AF023F" w14:textId="77777777" w:rsidR="006639DC" w:rsidRDefault="00000000">
      <w:r>
        <w:t>Which activities are not your preference but may be open for discussion? (Soft limits)</w:t>
      </w:r>
    </w:p>
    <w:p w14:paraId="48F5D346" w14:textId="77777777" w:rsidR="006639DC" w:rsidRDefault="00000000">
      <w:r>
        <w:t>Are there any topics you never want to be part of a session?</w:t>
      </w:r>
    </w:p>
    <w:p w14:paraId="19B6FA9A" w14:textId="77777777" w:rsidR="006639DC" w:rsidRDefault="00000000">
      <w:pPr>
        <w:pStyle w:val="Kop2"/>
      </w:pPr>
      <w:r>
        <w:t>6. Financial Responsibility</w:t>
      </w:r>
    </w:p>
    <w:p w14:paraId="1BB89514" w14:textId="77777777" w:rsidR="006639DC" w:rsidRDefault="00000000">
      <w:r>
        <w:t>Do you work with a predetermined budget?</w:t>
      </w:r>
      <w:r>
        <w:br/>
        <w:t>☐ Yes</w:t>
      </w:r>
      <w:r>
        <w:br/>
        <w:t>☐ No</w:t>
      </w:r>
    </w:p>
    <w:p w14:paraId="133BDD69" w14:textId="77777777" w:rsidR="006639DC" w:rsidRDefault="00000000">
      <w:r>
        <w:t>If yes:</w:t>
      </w:r>
      <w:r>
        <w:br/>
        <w:t>Maximum per session:</w:t>
      </w:r>
      <w:r>
        <w:br/>
        <w:t>Maximum per month:</w:t>
      </w:r>
    </w:p>
    <w:p w14:paraId="7AA9C102" w14:textId="77777777" w:rsidR="006639DC" w:rsidRDefault="00000000">
      <w:r>
        <w:t>Do you currently have debts or financial difficulties that could make findom a risk for you?</w:t>
      </w:r>
      <w:r>
        <w:br/>
        <w:t>☐ Yes</w:t>
      </w:r>
      <w:r>
        <w:br/>
        <w:t>☐ No</w:t>
      </w:r>
    </w:p>
    <w:p w14:paraId="5D5E6EF3" w14:textId="77777777" w:rsidR="006639DC" w:rsidRDefault="00000000">
      <w:r>
        <w:t>If yes, please explain briefly.</w:t>
      </w:r>
    </w:p>
    <w:p w14:paraId="0AD3389F" w14:textId="77777777" w:rsidR="006639DC" w:rsidRDefault="00000000">
      <w:r>
        <w:t>Would you refuse an assignment if it exceeded your agreed budget?</w:t>
      </w:r>
      <w:r>
        <w:br/>
        <w:t>☐ Yes</w:t>
      </w:r>
      <w:r>
        <w:br/>
        <w:t>☐ No</w:t>
      </w:r>
    </w:p>
    <w:p w14:paraId="642FE528" w14:textId="77777777" w:rsidR="006639DC" w:rsidRDefault="00000000">
      <w:pPr>
        <w:pStyle w:val="Kop2"/>
      </w:pPr>
      <w:r>
        <w:t>7. Communication</w:t>
      </w:r>
    </w:p>
    <w:p w14:paraId="1C770E9E" w14:textId="1FE98AA6" w:rsidR="006639DC" w:rsidRDefault="00000000">
      <w:r>
        <w:t>Which form of communication do you prefer?</w:t>
      </w:r>
      <w:r>
        <w:br/>
        <w:t>☐ Chat</w:t>
      </w:r>
      <w:r>
        <w:br/>
        <w:t>☐ Voice</w:t>
      </w:r>
      <w:r>
        <w:br/>
        <w:t>☐ Video</w:t>
      </w:r>
      <w:r>
        <w:br/>
        <w:t>☐ Combination</w:t>
      </w:r>
    </w:p>
    <w:p w14:paraId="1E788A22" w14:textId="77777777" w:rsidR="006639DC" w:rsidRDefault="00000000">
      <w:r>
        <w:lastRenderedPageBreak/>
        <w:t>How often do you expect contact?</w:t>
      </w:r>
      <w:r>
        <w:br/>
        <w:t>☐ Only during sessions</w:t>
      </w:r>
      <w:r>
        <w:br/>
        <w:t>☐ Occasionally between sessions</w:t>
      </w:r>
      <w:r>
        <w:br/>
        <w:t>☐ Regularly</w:t>
      </w:r>
    </w:p>
    <w:p w14:paraId="1157FFD0" w14:textId="77777777" w:rsidR="006639DC" w:rsidRDefault="00000000">
      <w:r>
        <w:t>Please describe your expectations briefly.</w:t>
      </w:r>
    </w:p>
    <w:p w14:paraId="77FD90A5" w14:textId="77777777" w:rsidR="006639DC" w:rsidRDefault="00000000">
      <w:pPr>
        <w:pStyle w:val="Kop2"/>
      </w:pPr>
      <w:r>
        <w:t>8. Aftercare</w:t>
      </w:r>
    </w:p>
    <w:p w14:paraId="55A31216" w14:textId="77777777" w:rsidR="006639DC" w:rsidRDefault="00000000">
      <w:r>
        <w:t>After an intense session, would you appreciate a short aftercare conversation?</w:t>
      </w:r>
      <w:r>
        <w:br/>
        <w:t>☐ Yes</w:t>
      </w:r>
      <w:r>
        <w:br/>
        <w:t>☐ Sometimes</w:t>
      </w:r>
      <w:r>
        <w:br/>
        <w:t>☐ No</w:t>
      </w:r>
    </w:p>
    <w:p w14:paraId="6BF9B17A" w14:textId="77777777" w:rsidR="006639DC" w:rsidRDefault="00000000">
      <w:r>
        <w:t>What does good aftercare look like to you?</w:t>
      </w:r>
    </w:p>
    <w:p w14:paraId="651A8D34" w14:textId="77777777" w:rsidR="006639DC" w:rsidRDefault="00000000">
      <w:pPr>
        <w:pStyle w:val="Kop2"/>
      </w:pPr>
      <w:r>
        <w:t>9. Personal Reflection</w:t>
      </w:r>
    </w:p>
    <w:p w14:paraId="46A7F5B5" w14:textId="77777777" w:rsidR="006639DC" w:rsidRDefault="00000000">
      <w:r>
        <w:t>In your own words, what does submission mean to you?</w:t>
      </w:r>
    </w:p>
    <w:p w14:paraId="3489F739" w14:textId="77777777" w:rsidR="006639DC" w:rsidRDefault="00000000">
      <w:r>
        <w:t>How do you hope to feel during a session?</w:t>
      </w:r>
    </w:p>
    <w:p w14:paraId="2BDE10B6" w14:textId="77777777" w:rsidR="006639DC" w:rsidRDefault="00000000">
      <w:pPr>
        <w:pStyle w:val="Kop2"/>
      </w:pPr>
      <w:r>
        <w:t>10. Final Thoughts</w:t>
      </w:r>
    </w:p>
    <w:p w14:paraId="0133E924" w14:textId="77777777" w:rsidR="006639DC" w:rsidRDefault="00000000">
      <w:r>
        <w:t>Is there anything else you think I should know before deciding whether we should have a first session together?</w:t>
      </w:r>
    </w:p>
    <w:p w14:paraId="3F83C772" w14:textId="77777777" w:rsidR="006639DC" w:rsidRDefault="00000000">
      <w:pPr>
        <w:pStyle w:val="Kop2"/>
      </w:pPr>
      <w:r>
        <w:t>Declaration</w:t>
      </w:r>
    </w:p>
    <w:p w14:paraId="3D873130" w14:textId="77777777" w:rsidR="006639DC" w:rsidRDefault="00000000">
      <w:r>
        <w:t>I confirm that:</w:t>
      </w:r>
    </w:p>
    <w:p w14:paraId="0676DC67" w14:textId="77777777" w:rsidR="006639DC" w:rsidRDefault="00000000">
      <w:r>
        <w:t>• I am at least 18 years old;</w:t>
      </w:r>
    </w:p>
    <w:p w14:paraId="18F2065B" w14:textId="77777777" w:rsidR="006639DC" w:rsidRDefault="00000000">
      <w:r>
        <w:t>• I am participating voluntarily;</w:t>
      </w:r>
    </w:p>
    <w:p w14:paraId="17EA879C" w14:textId="77777777" w:rsidR="006639DC" w:rsidRDefault="00000000">
      <w:r>
        <w:t>• I have completed this form honestly;</w:t>
      </w:r>
    </w:p>
    <w:p w14:paraId="1B612824" w14:textId="77777777" w:rsidR="006639DC" w:rsidRDefault="00000000">
      <w:r>
        <w:t>• I take full responsibility for my own financial decisions;</w:t>
      </w:r>
    </w:p>
    <w:p w14:paraId="794DB6F4" w14:textId="77777777" w:rsidR="006639DC" w:rsidRDefault="00000000">
      <w:r>
        <w:t>• I have read and agree to the rules;</w:t>
      </w:r>
    </w:p>
    <w:p w14:paraId="3570B297" w14:textId="77777777" w:rsidR="006639DC" w:rsidRDefault="00000000">
      <w:r>
        <w:t>• I understand that completing this form does not guarantee admission or a session.</w:t>
      </w:r>
    </w:p>
    <w:p w14:paraId="3F801FC0" w14:textId="77777777" w:rsidR="006639DC" w:rsidRDefault="00000000">
      <w:r>
        <w:t>Name or Alias:</w:t>
      </w:r>
    </w:p>
    <w:p w14:paraId="314EDADF" w14:textId="77777777" w:rsidR="006639DC" w:rsidRDefault="00000000">
      <w:r>
        <w:t>Date:</w:t>
      </w:r>
    </w:p>
    <w:p w14:paraId="392F79D9" w14:textId="77777777" w:rsidR="006639DC" w:rsidRDefault="00000000">
      <w:r>
        <w:t>Signature (optional):</w:t>
      </w:r>
    </w:p>
    <w:p w14:paraId="6D6255B1" w14:textId="36DA423D" w:rsidR="006639DC" w:rsidRDefault="00000000">
      <w:r>
        <w:t>Please send this completed form to: princessnayera@</w:t>
      </w:r>
      <w:r w:rsidR="004E7487">
        <w:t>outlook.com</w:t>
      </w:r>
    </w:p>
    <w:sectPr w:rsidR="006639D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9898427">
    <w:abstractNumId w:val="8"/>
  </w:num>
  <w:num w:numId="2" w16cid:durableId="744376666">
    <w:abstractNumId w:val="6"/>
  </w:num>
  <w:num w:numId="3" w16cid:durableId="318655906">
    <w:abstractNumId w:val="5"/>
  </w:num>
  <w:num w:numId="4" w16cid:durableId="1688211393">
    <w:abstractNumId w:val="4"/>
  </w:num>
  <w:num w:numId="5" w16cid:durableId="623849943">
    <w:abstractNumId w:val="7"/>
  </w:num>
  <w:num w:numId="6" w16cid:durableId="1648392980">
    <w:abstractNumId w:val="3"/>
  </w:num>
  <w:num w:numId="7" w16cid:durableId="2140296949">
    <w:abstractNumId w:val="2"/>
  </w:num>
  <w:num w:numId="8" w16cid:durableId="1802380226">
    <w:abstractNumId w:val="1"/>
  </w:num>
  <w:num w:numId="9" w16cid:durableId="94157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7487"/>
    <w:rsid w:val="005C04DE"/>
    <w:rsid w:val="006639DC"/>
    <w:rsid w:val="00AA1D8D"/>
    <w:rsid w:val="00B47730"/>
    <w:rsid w:val="00CB0664"/>
    <w:rsid w:val="00DB0B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04D2D9"/>
  <w14:defaultImageDpi w14:val="300"/>
  <w15:docId w15:val="{9D0E94F2-A116-4C57-B7FC-14B24E82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385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Katrien Robberecht</cp:lastModifiedBy>
  <cp:revision>3</cp:revision>
  <dcterms:created xsi:type="dcterms:W3CDTF">2013-12-23T23:15:00Z</dcterms:created>
  <dcterms:modified xsi:type="dcterms:W3CDTF">2026-07-26T14:58:00Z</dcterms:modified>
  <cp:category/>
</cp:coreProperties>
</file>